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ADF" w:rsidRPr="007A723B" w:rsidRDefault="00BD25B0">
      <w:pPr>
        <w:pStyle w:val="aa"/>
        <w:rPr>
          <w:lang w:val="ru-RU"/>
        </w:rPr>
      </w:pPr>
      <w:r w:rsidRPr="007A723B">
        <w:rPr>
          <w:lang w:val="ru-RU"/>
        </w:rPr>
        <w:t>Согласие на обработку персональных данных</w:t>
      </w:r>
    </w:p>
    <w:p w:rsidR="00A77ADF" w:rsidRPr="007A723B" w:rsidRDefault="00BD25B0">
      <w:pPr>
        <w:pStyle w:val="ac"/>
        <w:rPr>
          <w:lang w:val="ru-RU"/>
        </w:rPr>
      </w:pPr>
      <w:r w:rsidRPr="007A723B">
        <w:rPr>
          <w:lang w:val="ru-RU"/>
        </w:rPr>
        <w:t>Для участия в программе Алгоритм достатка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 xml:space="preserve">Настоящее согласие определяет условия обработки добровольно раскрываемых мной личных сведений для финансовой и психологической работы в закрытой группе. Я даю его </w:t>
      </w:r>
      <w:r w:rsidRPr="007A723B">
        <w:rPr>
          <w:lang w:val="ru-RU"/>
        </w:rPr>
        <w:t>свободно, своей волей и в своём интересе двум операторам, указанным ниже.</w:t>
      </w:r>
    </w:p>
    <w:p w:rsidR="00A77ADF" w:rsidRPr="007A723B" w:rsidRDefault="00BD25B0">
      <w:pPr>
        <w:pStyle w:val="1"/>
        <w:rPr>
          <w:lang w:val="ru-RU"/>
        </w:rPr>
      </w:pPr>
      <w:r w:rsidRPr="007A723B">
        <w:rPr>
          <w:lang w:val="ru-RU"/>
        </w:rPr>
        <w:t>1 Сведения о подписанте и операторах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Я, ФИО полностью: _______________________________________________________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Адрес регистрации: ____________________________________________________</w:t>
      </w:r>
      <w:r w:rsidRPr="007A723B">
        <w:rPr>
          <w:lang w:val="ru-RU"/>
        </w:rPr>
        <w:t>__</w:t>
      </w:r>
      <w:r w:rsidRPr="007A723B">
        <w:rPr>
          <w:lang w:val="ru-RU"/>
        </w:rPr>
        <w:br/>
        <w:t>________________________________________________________________________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Документ, удостоверяющий личность: ________________________________________</w:t>
      </w:r>
      <w:r w:rsidRPr="007A723B">
        <w:rPr>
          <w:lang w:val="ru-RU"/>
        </w:rPr>
        <w:br/>
        <w:t>Серия и номер: ____________________ Дата выдачи: __________________________</w:t>
      </w:r>
      <w:r w:rsidRPr="007A723B">
        <w:rPr>
          <w:lang w:val="ru-RU"/>
        </w:rPr>
        <w:br/>
        <w:t>Выдавший орган: ____________</w:t>
      </w:r>
      <w:r w:rsidRPr="007A723B">
        <w:rPr>
          <w:lang w:val="ru-RU"/>
        </w:rPr>
        <w:t>_____________________________________________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Телефон: _____________________ Электронная почта: ________________________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Договор об участии в программе от: ________________________________________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1.1. Оператор 1 — индивидуальный предприниматель Гончар Анд</w:t>
      </w:r>
      <w:r w:rsidRPr="007A723B">
        <w:rPr>
          <w:lang w:val="ru-RU"/>
        </w:rPr>
        <w:t xml:space="preserve">рей Игоревич, ИНН 774346366850, ОГРНИП 320508100340178. Адрес: 141371, Московская область, Сергиево-Посадский городской округ, г. Хотьково, ул. Академика Королева, д. 7, к. 1, кв. 45. Электронная почта: </w:t>
      </w:r>
      <w:r>
        <w:t>private</w:t>
      </w:r>
      <w:r w:rsidRPr="007A723B">
        <w:rPr>
          <w:lang w:val="ru-RU"/>
        </w:rPr>
        <w:t>@</w:t>
      </w:r>
      <w:r>
        <w:t>gonchar</w:t>
      </w:r>
      <w:r w:rsidRPr="007A723B">
        <w:rPr>
          <w:lang w:val="ru-RU"/>
        </w:rPr>
        <w:t>-</w:t>
      </w:r>
      <w:r>
        <w:t>finance</w:t>
      </w:r>
      <w:r w:rsidRPr="007A723B">
        <w:rPr>
          <w:lang w:val="ru-RU"/>
        </w:rPr>
        <w:t>.</w:t>
      </w:r>
      <w:r>
        <w:t>ru</w:t>
      </w:r>
      <w:r w:rsidRPr="007A723B">
        <w:rPr>
          <w:lang w:val="ru-RU"/>
        </w:rPr>
        <w:t>. Адрес для корреспонденции</w:t>
      </w:r>
      <w:r w:rsidRPr="007A723B">
        <w:rPr>
          <w:lang w:val="ru-RU"/>
        </w:rPr>
        <w:t xml:space="preserve">: 123112, г. Москва, Пресненская наб., д. 8, стр. 1, а/я 33, получатель </w:t>
      </w:r>
      <w:r>
        <w:t>ANDREY</w:t>
      </w:r>
      <w:r w:rsidRPr="007A723B">
        <w:rPr>
          <w:lang w:val="ru-RU"/>
        </w:rPr>
        <w:t xml:space="preserve"> </w:t>
      </w:r>
      <w:r>
        <w:t>GONCHAR</w:t>
      </w:r>
      <w:r w:rsidRPr="007A723B">
        <w:rPr>
          <w:lang w:val="ru-RU"/>
        </w:rPr>
        <w:t>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1.2. Оператор 2 — индивидуальный предприниматель Калмыкова Маргарита Александровна, ИНН 673008020380. ОГРНИП: [заполнить до подписания]. Адрес: [заполнить до подписания</w:t>
      </w:r>
      <w:r w:rsidRPr="007A723B">
        <w:rPr>
          <w:lang w:val="ru-RU"/>
        </w:rPr>
        <w:t xml:space="preserve">]. Электронная почта: </w:t>
      </w:r>
      <w:r>
        <w:t>margokalmykova</w:t>
      </w:r>
      <w:r w:rsidRPr="007A723B">
        <w:rPr>
          <w:lang w:val="ru-RU"/>
        </w:rPr>
        <w:t>.</w:t>
      </w:r>
      <w:r>
        <w:t>psy</w:t>
      </w:r>
      <w:r w:rsidRPr="007A723B">
        <w:rPr>
          <w:lang w:val="ru-RU"/>
        </w:rPr>
        <w:t>@</w:t>
      </w:r>
      <w:r>
        <w:t>mail</w:t>
      </w:r>
      <w:r w:rsidRPr="007A723B">
        <w:rPr>
          <w:lang w:val="ru-RU"/>
        </w:rPr>
        <w:t>.</w:t>
      </w:r>
      <w:r>
        <w:t>ru</w:t>
      </w:r>
      <w:r w:rsidRPr="007A723B">
        <w:rPr>
          <w:lang w:val="ru-RU"/>
        </w:rPr>
        <w:t>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1.3. Каждый оператор самостоятельно отвечает за выполняемую им обработку. Обращения по настоящему согласию можно направлять любому из них. Реквизиты подписанта и сведения о его подписи предназначены для офо</w:t>
      </w:r>
      <w:r w:rsidRPr="007A723B">
        <w:rPr>
          <w:lang w:val="ru-RU"/>
        </w:rPr>
        <w:t>рмления и подтверждения согласия; другим участникам группы они не предоставляются.</w:t>
      </w:r>
    </w:p>
    <w:p w:rsidR="00A77ADF" w:rsidRPr="007A723B" w:rsidRDefault="00BD25B0">
      <w:pPr>
        <w:pStyle w:val="1"/>
        <w:rPr>
          <w:lang w:val="ru-RU"/>
        </w:rPr>
      </w:pPr>
      <w:r w:rsidRPr="007A723B">
        <w:rPr>
          <w:lang w:val="ru-RU"/>
        </w:rPr>
        <w:t>2 Цель и перечень данных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2.1. Цель обработки — обсуждение по моей инициативе собственной финансовой и психологической ситуации и получение обратной связи в программе «Алгори</w:t>
      </w:r>
      <w:r w:rsidRPr="007A723B">
        <w:rPr>
          <w:lang w:val="ru-RU"/>
        </w:rPr>
        <w:t>тм достатка», включая работу с добровольно переданными мной материалами в пределах согласованного объёма услуг.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2.2. Согласие распространяется на следующие обычные персональные данные: выбранное мной имя для группы; изображение и голос во время прямого под</w:t>
      </w:r>
      <w:r w:rsidRPr="007A723B">
        <w:rPr>
          <w:lang w:val="ru-RU"/>
        </w:rPr>
        <w:t>ключения; добровольно сообщённые сведения о моих доходах, расходах, активах, обязательствах, финансовых целях, профессии и профессиональных планах; сведения о составе семьи без идентифицирующих данных родственников; мои денежные привычки, установки, привыч</w:t>
      </w:r>
      <w:r w:rsidRPr="007A723B">
        <w:rPr>
          <w:lang w:val="ru-RU"/>
        </w:rPr>
        <w:t>ные реакции при денежных решениях, действия и затруднения при выполнении финансового плана или увеличении дохода</w:t>
      </w:r>
      <w:r w:rsidR="007A723B">
        <w:rPr>
          <w:lang w:val="ru-RU"/>
        </w:rPr>
        <w:t>, а также другие данные, предоставляемые по запросу для финансового консультирования или психологической работы</w:t>
      </w:r>
      <w:r w:rsidRPr="007A723B">
        <w:rPr>
          <w:lang w:val="ru-RU"/>
        </w:rPr>
        <w:t>. Добровольно направленные расчёты, таблицы и другие рабочие материалы могут содержать только перечисленные категории сведений.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2.3. Я самостоят</w:t>
      </w:r>
      <w:r w:rsidRPr="007A723B">
        <w:rPr>
          <w:lang w:val="ru-RU"/>
        </w:rPr>
        <w:t>ельно определяю, какие из перечисленных сведений раскрыть. Можно использовать условные суммы и обезличенные примеры, не сообщать отдельные обстоятельства и отказаться от обсуждения личного вопроса. Согласие не обязывает меня предъявлять группе финансовые д</w:t>
      </w:r>
      <w:r w:rsidRPr="007A723B">
        <w:rPr>
          <w:lang w:val="ru-RU"/>
        </w:rPr>
        <w:t>окументы или раскрывать семейные подробности.</w:t>
      </w:r>
    </w:p>
    <w:p w:rsidR="00A77ADF" w:rsidRPr="007A723B" w:rsidRDefault="00BD25B0">
      <w:pPr>
        <w:pStyle w:val="1"/>
        <w:rPr>
          <w:lang w:val="ru-RU"/>
        </w:rPr>
      </w:pPr>
      <w:r w:rsidRPr="007A723B">
        <w:rPr>
          <w:lang w:val="ru-RU"/>
        </w:rPr>
        <w:lastRenderedPageBreak/>
        <w:t>3 Получатели и конфиденциальность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3.1. Добровольно озвученные в группе сведения доступны обоим ведущим и участникам той закрытой группы, в которую я приглашён по у</w:t>
      </w:r>
      <w:r w:rsidRPr="007A723B">
        <w:rPr>
          <w:lang w:val="ru-RU"/>
        </w:rPr>
        <w:t>казанному договору. Состав допущенных участников доводится до меня до начала личных обсуждений. Группа не является публичной аудиторией; доступ посторонних лиц не допускается.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3.2. Материалы, переданные мной лично ведущим по согласованному каналу, не предъ</w:t>
      </w:r>
      <w:r w:rsidRPr="007A723B">
        <w:rPr>
          <w:lang w:val="ru-RU"/>
        </w:rPr>
        <w:t xml:space="preserve">являются группе </w:t>
      </w:r>
      <w:r w:rsidR="000B1952">
        <w:rPr>
          <w:lang w:val="ru-RU"/>
        </w:rPr>
        <w:t xml:space="preserve">с моей идентификацией </w:t>
      </w:r>
      <w:r w:rsidRPr="007A723B">
        <w:rPr>
          <w:lang w:val="ru-RU"/>
        </w:rPr>
        <w:t>без моего отдельного указания. До раскрытия я могу ограничить объём сведений и круг слушателей, сообщив об этом ведущим. Если технически невозможно обеспечить выбранный круг получателей, соответствующие сведения не обсуждаются</w:t>
      </w:r>
      <w:r w:rsidRPr="007A723B">
        <w:rPr>
          <w:lang w:val="ru-RU"/>
        </w:rPr>
        <w:t>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 xml:space="preserve">3.3. Передача новому участнику содержания прошлых личных обсуждений не допускается. </w:t>
      </w:r>
      <w:r w:rsidRPr="007A723B">
        <w:rPr>
          <w:lang w:val="ru-RU"/>
        </w:rPr>
        <w:t>Моё согласие не разрешает публичную публикацию</w:t>
      </w:r>
      <w:r w:rsidR="000B1952">
        <w:rPr>
          <w:lang w:val="ru-RU"/>
        </w:rPr>
        <w:t xml:space="preserve"> моих</w:t>
      </w:r>
      <w:r w:rsidRPr="007A723B">
        <w:rPr>
          <w:lang w:val="ru-RU"/>
        </w:rPr>
        <w:t xml:space="preserve"> ис</w:t>
      </w:r>
      <w:r w:rsidRPr="007A723B">
        <w:rPr>
          <w:lang w:val="ru-RU"/>
        </w:rPr>
        <w:t xml:space="preserve">торий, изображений, цитат, отзывов и </w:t>
      </w:r>
      <w:r w:rsidRPr="007A723B">
        <w:rPr>
          <w:lang w:val="ru-RU"/>
        </w:rPr>
        <w:t xml:space="preserve">распространение </w:t>
      </w:r>
      <w:r w:rsidR="000B1952">
        <w:rPr>
          <w:lang w:val="ru-RU"/>
        </w:rPr>
        <w:t xml:space="preserve">моих </w:t>
      </w:r>
      <w:r w:rsidRPr="007A723B">
        <w:rPr>
          <w:lang w:val="ru-RU"/>
        </w:rPr>
        <w:t>сведений неопределённому кругу лиц.</w:t>
      </w:r>
      <w:r w:rsidR="000B1952">
        <w:rPr>
          <w:lang w:val="ru-RU"/>
        </w:rPr>
        <w:t xml:space="preserve"> Для отзыва подписывается отдельное согласие.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3.4. Ведущие и участники соблюдают договорные обязательства конфиденциальности, в том числе после окончания участия. Запрещены аудио- и видеозапись, скриншо</w:t>
      </w:r>
      <w:r w:rsidRPr="007A723B">
        <w:rPr>
          <w:lang w:val="ru-RU"/>
        </w:rPr>
        <w:t>ты с личными сведениями, передача трансляции посторонним, расш</w:t>
      </w:r>
      <w:r w:rsidR="000B1952">
        <w:rPr>
          <w:lang w:val="ru-RU"/>
        </w:rPr>
        <w:t>ифровка речи, боты-протоколисты</w:t>
      </w:r>
      <w:r w:rsidRPr="007A723B">
        <w:rPr>
          <w:lang w:val="ru-RU"/>
        </w:rPr>
        <w:t xml:space="preserve">. Допустимы личные заметки о собственных выводах и общих подходах, не позволяющие </w:t>
      </w:r>
      <w:r w:rsidR="000B1952">
        <w:rPr>
          <w:lang w:val="ru-RU"/>
        </w:rPr>
        <w:t>установить</w:t>
      </w:r>
      <w:r w:rsidRPr="007A723B">
        <w:rPr>
          <w:lang w:val="ru-RU"/>
        </w:rPr>
        <w:t xml:space="preserve"> чужую личную историю.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3.5. Я не предоставляю персональные данные других лиц без надлежащего основания. Для обсуждения семейных финансов используются обобщённые показатели без имён, документов и иных сведений, позволяющих определить родственников. М</w:t>
      </w:r>
      <w:r w:rsidRPr="007A723B">
        <w:rPr>
          <w:lang w:val="ru-RU"/>
        </w:rPr>
        <w:t>оё согласие не заменяет согласия другого человека, когда оно необходимо.</w:t>
      </w:r>
    </w:p>
    <w:p w:rsidR="00A77ADF" w:rsidRPr="007A723B" w:rsidRDefault="00BD25B0">
      <w:pPr>
        <w:pStyle w:val="1"/>
        <w:rPr>
          <w:lang w:val="ru-RU"/>
        </w:rPr>
      </w:pPr>
      <w:r w:rsidRPr="007A723B">
        <w:rPr>
          <w:lang w:val="ru-RU"/>
        </w:rPr>
        <w:t>4 Способы обработки и технические сервисы</w:t>
      </w:r>
    </w:p>
    <w:p w:rsidR="000F4A12" w:rsidRDefault="00BD25B0">
      <w:pPr>
        <w:rPr>
          <w:lang w:val="ru-RU"/>
        </w:rPr>
      </w:pPr>
      <w:r w:rsidRPr="007A723B">
        <w:rPr>
          <w:lang w:val="ru-RU"/>
        </w:rPr>
        <w:t>4.1. В пределах цели и перечня данных разрешаю сбор, систематизацию, уточнение, извлечение, использование для консультаций, предоставление оп</w:t>
      </w:r>
      <w:r w:rsidRPr="007A723B">
        <w:rPr>
          <w:lang w:val="ru-RU"/>
        </w:rPr>
        <w:t xml:space="preserve">ределённым в этом согласии получателям, блокирование, удаление и уничтожение. Запись, накопление и хранение допускаются для добровольно переданных письменных </w:t>
      </w:r>
      <w:r w:rsidR="000F4A12">
        <w:rPr>
          <w:lang w:val="ru-RU"/>
        </w:rPr>
        <w:t>рабочих материалов и документов</w:t>
      </w:r>
      <w:r w:rsidRPr="007A723B">
        <w:rPr>
          <w:lang w:val="ru-RU"/>
        </w:rPr>
        <w:t xml:space="preserve">. 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4.2. О</w:t>
      </w:r>
      <w:r w:rsidRPr="007A723B">
        <w:rPr>
          <w:lang w:val="ru-RU"/>
        </w:rPr>
        <w:t>бработка смешанная: непосредственное общение и работа с документами без автоматизации, а также техническая передача и хранение с использованием указанных ниже сервисов. Разрешаю поручение технической обработки перечисленным лицам в необходимом для их функц</w:t>
      </w:r>
      <w:r w:rsidRPr="007A723B">
        <w:rPr>
          <w:lang w:val="ru-RU"/>
        </w:rPr>
        <w:t xml:space="preserve">ий объёме. </w:t>
      </w:r>
    </w:p>
    <w:p w:rsidR="00C12DD7" w:rsidRPr="007A723B" w:rsidRDefault="00BD25B0">
      <w:pPr>
        <w:rPr>
          <w:lang w:val="ru-RU"/>
        </w:rPr>
      </w:pPr>
      <w:r w:rsidRPr="007A723B">
        <w:rPr>
          <w:lang w:val="ru-RU"/>
        </w:rPr>
        <w:t>4.3. Контур Толк — АО «ПФ СКБ Контур», ИНН 6663003127, адрес: 620017, г. Екатеринбург, проспект Космонавтов, д. 56. Функция — передача изображения, звука и со</w:t>
      </w:r>
      <w:r w:rsidRPr="007A723B">
        <w:rPr>
          <w:lang w:val="ru-RU"/>
        </w:rPr>
        <w:t xml:space="preserve">общений между допущенными получателями во время онлайн-встреч. Запись, расшифровка и автоматический анализ содержания отключаются. Платформа: </w:t>
      </w:r>
      <w:hyperlink r:id="rId8">
        <w:r>
          <w:rPr>
            <w:u w:val="single"/>
          </w:rPr>
          <w:t>https</w:t>
        </w:r>
        <w:r w:rsidRPr="007A723B">
          <w:rPr>
            <w:u w:val="single"/>
            <w:lang w:val="ru-RU"/>
          </w:rPr>
          <w:t>://</w:t>
        </w:r>
        <w:r>
          <w:rPr>
            <w:u w:val="single"/>
          </w:rPr>
          <w:t>kontur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ru</w:t>
        </w:r>
        <w:r w:rsidRPr="007A723B">
          <w:rPr>
            <w:u w:val="single"/>
            <w:lang w:val="ru-RU"/>
          </w:rPr>
          <w:t>/</w:t>
        </w:r>
        <w:r>
          <w:rPr>
            <w:u w:val="single"/>
          </w:rPr>
          <w:t>talk</w:t>
        </w:r>
      </w:hyperlink>
      <w:r w:rsidRPr="007A723B">
        <w:rPr>
          <w:lang w:val="ru-RU"/>
        </w:rPr>
        <w:t>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4.4. ОкиДоки — ООО «ОкиДоки», ИНН 6330100935, ОГ</w:t>
      </w:r>
      <w:r w:rsidRPr="007A723B">
        <w:rPr>
          <w:lang w:val="ru-RU"/>
        </w:rPr>
        <w:t>РН 1236300030185, адрес: 446201, Самарская область, г. Новокуйбышевск, проспект Победы, д. 42, кв. 123. Функция — оформление, подписание и хранение согласия и подтверждений подписи. Передаются сведения подписанта, необходимые для этих действий, окончательн</w:t>
      </w:r>
      <w:r w:rsidRPr="007A723B">
        <w:rPr>
          <w:lang w:val="ru-RU"/>
        </w:rPr>
        <w:t xml:space="preserve">ый текст и данные о подтверждении подписи. Содержание личных разборов не передаётся. Сервис: </w:t>
      </w:r>
      <w:hyperlink r:id="rId9">
        <w:r>
          <w:rPr>
            <w:u w:val="single"/>
          </w:rPr>
          <w:t>https</w:t>
        </w:r>
        <w:r w:rsidRPr="007A723B">
          <w:rPr>
            <w:u w:val="single"/>
            <w:lang w:val="ru-RU"/>
          </w:rPr>
          <w:t>://</w:t>
        </w:r>
        <w:r>
          <w:rPr>
            <w:u w:val="single"/>
          </w:rPr>
          <w:t>doki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online</w:t>
        </w:r>
      </w:hyperlink>
      <w:r w:rsidRPr="007A723B">
        <w:rPr>
          <w:lang w:val="ru-RU"/>
        </w:rPr>
        <w:t>.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 xml:space="preserve">4.5. Яндекс Диск — ООО «ЯНДЕКС», ИНН 7736207543, адрес: 119021, г. Москва, ул. Льва Толстого, д. 16. </w:t>
      </w:r>
      <w:r w:rsidRPr="007A723B">
        <w:rPr>
          <w:lang w:val="ru-RU"/>
        </w:rPr>
        <w:t>Функция в рамках настоящего согласия — техническое хранение согласия и необходимых подтверждений его предоставления, исполнения и отзыва. Публичный доступ к документам не предоставляется. Хранение договора, актов и учётных документов осуществляется на соот</w:t>
      </w:r>
      <w:r w:rsidRPr="007A723B">
        <w:rPr>
          <w:lang w:val="ru-RU"/>
        </w:rPr>
        <w:t>ветствующих самостоятельных основаниях.</w:t>
      </w:r>
    </w:p>
    <w:p w:rsidR="00C12DD7" w:rsidRDefault="00BD25B0">
      <w:pPr>
        <w:rPr>
          <w:lang w:val="ru-RU"/>
        </w:rPr>
      </w:pPr>
      <w:r w:rsidRPr="007A723B">
        <w:rPr>
          <w:lang w:val="ru-RU"/>
        </w:rPr>
        <w:t xml:space="preserve">4.6. Рабочие материалы с персональными данными направляются только по предварительно согласованному с ведущими разрешённому каналу. 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lastRenderedPageBreak/>
        <w:t xml:space="preserve">4.7. </w:t>
      </w:r>
      <w:r w:rsidR="00C12DD7" w:rsidRPr="000C648E">
        <w:rPr>
          <w:lang w:val="ru-RU"/>
        </w:rPr>
        <w:t>Замена платформы</w:t>
      </w:r>
      <w:r w:rsidR="00C12DD7">
        <w:rPr>
          <w:lang w:val="ru-RU"/>
        </w:rPr>
        <w:t xml:space="preserve"> для видеосвязи</w:t>
      </w:r>
      <w:r w:rsidR="00C12DD7" w:rsidRPr="000C648E">
        <w:rPr>
          <w:lang w:val="ru-RU"/>
        </w:rPr>
        <w:t xml:space="preserve"> допускается без доплаты и ухудшения доступности или конфиденциальности. Исполнители заблаговременно сообщают Заказчику наименование новой </w:t>
      </w:r>
      <w:r w:rsidR="00C12DD7">
        <w:rPr>
          <w:lang w:val="ru-RU"/>
        </w:rPr>
        <w:t>платформы и порядок подключения</w:t>
      </w:r>
      <w:r w:rsidRPr="007A723B">
        <w:rPr>
          <w:lang w:val="ru-RU"/>
        </w:rPr>
        <w:t>. Первичная запись, систематиз</w:t>
      </w:r>
      <w:r w:rsidRPr="007A723B">
        <w:rPr>
          <w:lang w:val="ru-RU"/>
        </w:rPr>
        <w:t xml:space="preserve">ация и хранение данных осуществляются в базах на территории Российской Федерации. </w:t>
      </w:r>
    </w:p>
    <w:p w:rsidR="00A77ADF" w:rsidRPr="007A723B" w:rsidRDefault="00BD25B0">
      <w:pPr>
        <w:pStyle w:val="1"/>
        <w:rPr>
          <w:lang w:val="ru-RU"/>
        </w:rPr>
      </w:pPr>
      <w:r w:rsidRPr="007A723B">
        <w:rPr>
          <w:lang w:val="ru-RU"/>
        </w:rPr>
        <w:t>5 Срок действия и отзыв</w:t>
      </w:r>
    </w:p>
    <w:p w:rsidR="00C12DD7" w:rsidRDefault="00BD25B0">
      <w:pPr>
        <w:rPr>
          <w:lang w:val="ru-RU"/>
        </w:rPr>
      </w:pPr>
      <w:r w:rsidRPr="007A723B">
        <w:rPr>
          <w:lang w:val="ru-RU"/>
        </w:rPr>
        <w:t>5.1. Согласие</w:t>
      </w:r>
      <w:r w:rsidR="00C12DD7">
        <w:rPr>
          <w:lang w:val="ru-RU"/>
        </w:rPr>
        <w:t xml:space="preserve"> по части передачи моих персональных данных</w:t>
      </w:r>
      <w:r w:rsidRPr="007A723B">
        <w:rPr>
          <w:lang w:val="ru-RU"/>
        </w:rPr>
        <w:t xml:space="preserve"> действует</w:t>
      </w:r>
      <w:r w:rsidR="00C12DD7">
        <w:rPr>
          <w:lang w:val="ru-RU"/>
        </w:rPr>
        <w:t xml:space="preserve"> с момента его</w:t>
      </w:r>
      <w:r w:rsidRPr="007A723B">
        <w:rPr>
          <w:lang w:val="ru-RU"/>
        </w:rPr>
        <w:t xml:space="preserve"> подписания</w:t>
      </w:r>
      <w:r w:rsidRPr="007A723B">
        <w:rPr>
          <w:lang w:val="ru-RU"/>
        </w:rPr>
        <w:t xml:space="preserve"> до завершения моего участия в программе либо до более ра</w:t>
      </w:r>
      <w:r w:rsidRPr="007A723B">
        <w:rPr>
          <w:lang w:val="ru-RU"/>
        </w:rPr>
        <w:t>ннего отзыва</w:t>
      </w:r>
      <w:r w:rsidRPr="007A723B">
        <w:rPr>
          <w:lang w:val="ru-RU"/>
        </w:rPr>
        <w:t>.</w:t>
      </w:r>
      <w:r w:rsidR="00C12DD7">
        <w:rPr>
          <w:lang w:val="ru-RU"/>
        </w:rPr>
        <w:t xml:space="preserve"> </w:t>
      </w:r>
      <w:r w:rsidR="00C12DD7" w:rsidRPr="007A723B">
        <w:rPr>
          <w:lang w:val="ru-RU"/>
        </w:rPr>
        <w:t xml:space="preserve">Согласие </w:t>
      </w:r>
      <w:r w:rsidR="00C12DD7">
        <w:rPr>
          <w:lang w:val="ru-RU"/>
        </w:rPr>
        <w:t xml:space="preserve">по части конфиденциальности по отношению к другим участникам закрытой группы и Исполнителям </w:t>
      </w:r>
      <w:r w:rsidR="00C12DD7" w:rsidRPr="007A723B">
        <w:rPr>
          <w:lang w:val="ru-RU"/>
        </w:rPr>
        <w:t>действует</w:t>
      </w:r>
      <w:r w:rsidR="00C12DD7">
        <w:rPr>
          <w:lang w:val="ru-RU"/>
        </w:rPr>
        <w:t xml:space="preserve"> бессрочно</w:t>
      </w:r>
      <w:r w:rsidR="00C12DD7" w:rsidRPr="007A723B">
        <w:rPr>
          <w:lang w:val="ru-RU"/>
        </w:rPr>
        <w:t xml:space="preserve"> с</w:t>
      </w:r>
      <w:r w:rsidR="00C12DD7">
        <w:rPr>
          <w:lang w:val="ru-RU"/>
        </w:rPr>
        <w:t xml:space="preserve"> момента его</w:t>
      </w:r>
      <w:r w:rsidR="00C12DD7">
        <w:rPr>
          <w:lang w:val="ru-RU"/>
        </w:rPr>
        <w:t xml:space="preserve"> подписания. </w:t>
      </w:r>
      <w:r w:rsidRPr="007A723B">
        <w:rPr>
          <w:lang w:val="ru-RU"/>
        </w:rPr>
        <w:t xml:space="preserve">При прекращении участия или получении отзыва использование личных сведений для консультаций прекращается. </w:t>
      </w:r>
    </w:p>
    <w:p w:rsidR="00C12DD7" w:rsidRDefault="00BD25B0">
      <w:pPr>
        <w:rPr>
          <w:lang w:val="ru-RU"/>
        </w:rPr>
      </w:pPr>
      <w:r w:rsidRPr="007A723B">
        <w:rPr>
          <w:lang w:val="ru-RU"/>
        </w:rPr>
        <w:t>5.2. Подписанное согласие и минимально необходимые подтверждения его предоставления, исполнения и отзыва могут храниться отдельн</w:t>
      </w:r>
      <w:r w:rsidRPr="007A723B">
        <w:rPr>
          <w:lang w:val="ru-RU"/>
        </w:rPr>
        <w:t xml:space="preserve">о на самостоятельном законном основании для подтверждения правомерности обработки и защиты прав. 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5.3. Для отзыва достаточно направить понятное сообщение любому оператору по электронной почте из раздела 1. Нужно указать ФИО и контакт, позволяющий найти согла</w:t>
      </w:r>
      <w:r w:rsidRPr="007A723B">
        <w:rPr>
          <w:lang w:val="ru-RU"/>
        </w:rPr>
        <w:t>сие; специальный бланк не требуется. Получивший отзыв оператор передаёт его второму не позднее трёх рабочих дней. При обоснованных сомнениях в авторстве обращения допускается соразмерная проверка личности без избыточного сбора данных.</w:t>
      </w:r>
    </w:p>
    <w:p w:rsidR="00501D0E" w:rsidRDefault="00BD25B0" w:rsidP="00501D0E">
      <w:pPr>
        <w:rPr>
          <w:lang w:val="ru-RU"/>
        </w:rPr>
      </w:pPr>
      <w:r w:rsidRPr="007A723B">
        <w:rPr>
          <w:lang w:val="ru-RU"/>
        </w:rPr>
        <w:t>5.4. Я вправе запроси</w:t>
      </w:r>
      <w:r w:rsidRPr="007A723B">
        <w:rPr>
          <w:lang w:val="ru-RU"/>
        </w:rPr>
        <w:t>ть сведения об обработке, уточнение, блокирование или уничтожение данных в предусмотренных законом случаях. Отзыв не может устранить уже возникшее знание у слушателей, но обязанности не разглашать полученные сведения сохраняются. Обработка, необходимая для</w:t>
      </w:r>
      <w:r w:rsidRPr="007A723B">
        <w:rPr>
          <w:lang w:val="ru-RU"/>
        </w:rPr>
        <w:t xml:space="preserve"> исполнения обязанностей по закону или законной защиты прав, допускается на соответствующем самостоятельном основании в минимально необходимом объёме.</w:t>
      </w:r>
    </w:p>
    <w:p w:rsidR="00A77ADF" w:rsidRPr="00501D0E" w:rsidRDefault="00BD25B0" w:rsidP="00501D0E">
      <w:pPr>
        <w:rPr>
          <w:b/>
          <w:bCs/>
          <w:sz w:val="24"/>
          <w:szCs w:val="28"/>
          <w:lang w:val="ru-RU"/>
        </w:rPr>
      </w:pPr>
      <w:r w:rsidRPr="00501D0E">
        <w:rPr>
          <w:b/>
          <w:bCs/>
          <w:sz w:val="24"/>
          <w:szCs w:val="28"/>
          <w:lang w:val="ru-RU"/>
        </w:rPr>
        <w:t>6 Самостоятельность согласия и подписание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>6</w:t>
      </w:r>
      <w:r w:rsidRPr="007A723B">
        <w:rPr>
          <w:lang w:val="ru-RU"/>
        </w:rPr>
        <w:t>.1. Данные, объективно необходимые для заключения и исполнения</w:t>
      </w:r>
      <w:r w:rsidRPr="007A723B">
        <w:rPr>
          <w:lang w:val="ru-RU"/>
        </w:rPr>
        <w:t xml:space="preserve"> договора, расчётов, доставки рабочей тетради и учёта, обрабатываются на предусмотренных законом основаниях. Настоящее согласие касается описанного выше обсуждения личных сведений и не заменяет согласие на первичную заявку, обработку контактов для рассылки</w:t>
      </w:r>
      <w:r w:rsidRPr="007A723B">
        <w:rPr>
          <w:lang w:val="ru-RU"/>
        </w:rPr>
        <w:t xml:space="preserve"> или получение рассылки. Подписка не является условием участия в программе.</w:t>
      </w:r>
    </w:p>
    <w:p w:rsidR="0045744A" w:rsidRDefault="00BD25B0">
      <w:pPr>
        <w:rPr>
          <w:lang w:val="ru-RU"/>
        </w:rPr>
      </w:pPr>
      <w:r w:rsidRPr="007A723B">
        <w:rPr>
          <w:lang w:val="ru-RU"/>
        </w:rPr>
        <w:t xml:space="preserve">6.2. Общие сведения об обработке данных размещены в Политике обработки персональных данных: </w:t>
      </w:r>
      <w:hyperlink r:id="rId10">
        <w:r>
          <w:rPr>
            <w:u w:val="single"/>
          </w:rPr>
          <w:t>https</w:t>
        </w:r>
        <w:r w:rsidRPr="007A723B">
          <w:rPr>
            <w:u w:val="single"/>
            <w:lang w:val="ru-RU"/>
          </w:rPr>
          <w:t>://</w:t>
        </w:r>
        <w:r>
          <w:rPr>
            <w:u w:val="single"/>
          </w:rPr>
          <w:t>dosta</w:t>
        </w:r>
        <w:r>
          <w:rPr>
            <w:u w:val="single"/>
          </w:rPr>
          <w:t>tok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andreygonchar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ru</w:t>
        </w:r>
        <w:r w:rsidRPr="007A723B">
          <w:rPr>
            <w:u w:val="single"/>
            <w:lang w:val="ru-RU"/>
          </w:rPr>
          <w:t>/</w:t>
        </w:r>
        <w:r>
          <w:rPr>
            <w:u w:val="single"/>
          </w:rPr>
          <w:t>personal</w:t>
        </w:r>
        <w:r w:rsidRPr="007A723B">
          <w:rPr>
            <w:u w:val="single"/>
            <w:lang w:val="ru-RU"/>
          </w:rPr>
          <w:t>-</w:t>
        </w:r>
        <w:r>
          <w:rPr>
            <w:u w:val="single"/>
          </w:rPr>
          <w:t>data</w:t>
        </w:r>
        <w:r w:rsidRPr="007A723B">
          <w:rPr>
            <w:u w:val="single"/>
            <w:lang w:val="ru-RU"/>
          </w:rPr>
          <w:t>-</w:t>
        </w:r>
        <w:r>
          <w:rPr>
            <w:u w:val="single"/>
          </w:rPr>
          <w:t>policy</w:t>
        </w:r>
        <w:r w:rsidRPr="007A723B">
          <w:rPr>
            <w:u w:val="single"/>
            <w:lang w:val="ru-RU"/>
          </w:rPr>
          <w:t>/</w:t>
        </w:r>
      </w:hyperlink>
      <w:r w:rsidRPr="007A723B">
        <w:rPr>
          <w:lang w:val="ru-RU"/>
        </w:rPr>
        <w:t xml:space="preserve">. Актуальный образец настоящего согласия: </w:t>
      </w:r>
      <w:hyperlink r:id="rId11">
        <w:r>
          <w:rPr>
            <w:u w:val="single"/>
          </w:rPr>
          <w:t>https</w:t>
        </w:r>
        <w:r w:rsidRPr="007A723B">
          <w:rPr>
            <w:u w:val="single"/>
            <w:lang w:val="ru-RU"/>
          </w:rPr>
          <w:t>://</w:t>
        </w:r>
        <w:r>
          <w:rPr>
            <w:u w:val="single"/>
          </w:rPr>
          <w:t>dostatok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andreygonchar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ru</w:t>
        </w:r>
        <w:r w:rsidRPr="007A723B">
          <w:rPr>
            <w:u w:val="single"/>
            <w:lang w:val="ru-RU"/>
          </w:rPr>
          <w:t>/</w:t>
        </w:r>
        <w:r>
          <w:rPr>
            <w:u w:val="single"/>
          </w:rPr>
          <w:t>participation</w:t>
        </w:r>
        <w:r w:rsidRPr="007A723B">
          <w:rPr>
            <w:u w:val="single"/>
            <w:lang w:val="ru-RU"/>
          </w:rPr>
          <w:t>-</w:t>
        </w:r>
        <w:r>
          <w:rPr>
            <w:u w:val="single"/>
          </w:rPr>
          <w:t>data</w:t>
        </w:r>
        <w:r w:rsidRPr="007A723B">
          <w:rPr>
            <w:u w:val="single"/>
            <w:lang w:val="ru-RU"/>
          </w:rPr>
          <w:t>-</w:t>
        </w:r>
        <w:r>
          <w:rPr>
            <w:u w:val="single"/>
          </w:rPr>
          <w:t>consent</w:t>
        </w:r>
        <w:r w:rsidRPr="007A723B">
          <w:rPr>
            <w:u w:val="single"/>
            <w:lang w:val="ru-RU"/>
          </w:rPr>
          <w:t>/</w:t>
        </w:r>
      </w:hyperlink>
      <w:r w:rsidRPr="007A723B">
        <w:rPr>
          <w:lang w:val="ru-RU"/>
        </w:rPr>
        <w:t xml:space="preserve">. Документы о рассылке: </w:t>
      </w:r>
      <w:hyperlink r:id="rId12">
        <w:r>
          <w:rPr>
            <w:u w:val="single"/>
          </w:rPr>
          <w:t>https</w:t>
        </w:r>
        <w:r w:rsidRPr="007A723B">
          <w:rPr>
            <w:u w:val="single"/>
            <w:lang w:val="ru-RU"/>
          </w:rPr>
          <w:t>://</w:t>
        </w:r>
        <w:r>
          <w:rPr>
            <w:u w:val="single"/>
          </w:rPr>
          <w:t>dostatok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andreygonchar</w:t>
        </w:r>
        <w:r w:rsidRPr="007A723B">
          <w:rPr>
            <w:u w:val="single"/>
            <w:lang w:val="ru-RU"/>
          </w:rPr>
          <w:t>.</w:t>
        </w:r>
        <w:r>
          <w:rPr>
            <w:u w:val="single"/>
          </w:rPr>
          <w:t>ru</w:t>
        </w:r>
        <w:r w:rsidRPr="007A723B">
          <w:rPr>
            <w:u w:val="single"/>
            <w:lang w:val="ru-RU"/>
          </w:rPr>
          <w:t>/</w:t>
        </w:r>
        <w:r>
          <w:rPr>
            <w:u w:val="single"/>
          </w:rPr>
          <w:t>newsletter</w:t>
        </w:r>
        <w:r w:rsidRPr="007A723B">
          <w:rPr>
            <w:u w:val="single"/>
            <w:lang w:val="ru-RU"/>
          </w:rPr>
          <w:t>/</w:t>
        </w:r>
      </w:hyperlink>
      <w:r w:rsidRPr="007A723B">
        <w:rPr>
          <w:lang w:val="ru-RU"/>
        </w:rPr>
        <w:t xml:space="preserve">. </w:t>
      </w:r>
    </w:p>
    <w:p w:rsidR="00A77ADF" w:rsidRPr="007A723B" w:rsidRDefault="00BD25B0">
      <w:pPr>
        <w:rPr>
          <w:lang w:val="ru-RU"/>
        </w:rPr>
      </w:pPr>
      <w:r w:rsidRPr="007A723B">
        <w:rPr>
          <w:lang w:val="ru-RU"/>
        </w:rPr>
        <w:t xml:space="preserve">6.3. Согласие оформляется </w:t>
      </w:r>
      <w:r w:rsidRPr="007A723B">
        <w:rPr>
          <w:lang w:val="ru-RU"/>
        </w:rPr>
        <w:t>отдельным документом и подписывается собственноручно либо электронной подписью по согласованным правилам. При использовании ОкиДоки должны определяться подписант, окончательный текст и результат проверки</w:t>
      </w:r>
      <w:r w:rsidR="0045744A">
        <w:rPr>
          <w:lang w:val="ru-RU"/>
        </w:rPr>
        <w:t xml:space="preserve"> подписи. Ввод одноразового </w:t>
      </w:r>
      <w:r w:rsidRPr="007A723B">
        <w:rPr>
          <w:lang w:val="ru-RU"/>
        </w:rPr>
        <w:t>кода на подтверждённо</w:t>
      </w:r>
      <w:r w:rsidRPr="007A723B">
        <w:rPr>
          <w:lang w:val="ru-RU"/>
        </w:rPr>
        <w:t>м личном номере применяется по правилам соглашения об электронной подписи; код и доступ к номеру</w:t>
      </w:r>
      <w:r w:rsidR="0045744A">
        <w:rPr>
          <w:lang w:val="ru-RU"/>
        </w:rPr>
        <w:t xml:space="preserve"> телефона, мессенджеру или </w:t>
      </w:r>
      <w:r w:rsidR="0045744A">
        <w:t>e</w:t>
      </w:r>
      <w:r w:rsidR="0045744A" w:rsidRPr="0045744A">
        <w:rPr>
          <w:lang w:val="ru-RU"/>
        </w:rPr>
        <w:t>-</w:t>
      </w:r>
      <w:r w:rsidR="0045744A">
        <w:t>mail</w:t>
      </w:r>
      <w:r w:rsidRPr="007A723B">
        <w:rPr>
          <w:lang w:val="ru-RU"/>
        </w:rPr>
        <w:t xml:space="preserve"> не передаются другим лицам. При пакетном подписании каждый самостоятельный документ должен быть доступен для ознакомления и идентифицироваться в подтверждении </w:t>
      </w:r>
      <w:r w:rsidRPr="007A723B">
        <w:rPr>
          <w:lang w:val="ru-RU"/>
        </w:rPr>
        <w:t xml:space="preserve">подписания. </w:t>
      </w:r>
    </w:p>
    <w:p w:rsidR="0045744A" w:rsidRDefault="0045744A">
      <w:pPr>
        <w:keepNext/>
        <w:rPr>
          <w:lang w:val="ru-RU"/>
        </w:rPr>
      </w:pPr>
    </w:p>
    <w:p w:rsidR="00A77ADF" w:rsidRPr="007A723B" w:rsidRDefault="00BD25B0">
      <w:pPr>
        <w:keepNext/>
        <w:rPr>
          <w:lang w:val="ru-RU"/>
        </w:rPr>
      </w:pPr>
      <w:bookmarkStart w:id="0" w:name="_GoBack"/>
      <w:bookmarkEnd w:id="0"/>
      <w:r w:rsidRPr="007A723B">
        <w:rPr>
          <w:lang w:val="ru-RU"/>
        </w:rPr>
        <w:t>Дата: ____________________</w:t>
      </w:r>
    </w:p>
    <w:p w:rsidR="00A77ADF" w:rsidRDefault="00BD25B0">
      <w:pPr>
        <w:keepNext/>
      </w:pPr>
      <w:r>
        <w:t>ФИО: __________________________________________________________________</w:t>
      </w:r>
    </w:p>
    <w:p w:rsidR="00A77ADF" w:rsidRDefault="00BD25B0">
      <w:r>
        <w:t>Подпись: ____________________</w:t>
      </w:r>
    </w:p>
    <w:sectPr w:rsidR="00A77ADF" w:rsidSect="00034616">
      <w:footerReference w:type="default" r:id="rId13"/>
      <w:pgSz w:w="12240" w:h="15840"/>
      <w:pgMar w:top="979" w:right="1037" w:bottom="936" w:left="1123" w:header="331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B0" w:rsidRDefault="00BD25B0">
      <w:pPr>
        <w:spacing w:after="0" w:line="240" w:lineRule="auto"/>
      </w:pPr>
      <w:r>
        <w:separator/>
      </w:r>
    </w:p>
  </w:endnote>
  <w:endnote w:type="continuationSeparator" w:id="0">
    <w:p w:rsidR="00BD25B0" w:rsidRDefault="00BD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ADF" w:rsidRDefault="00BD25B0">
    <w:pPr>
      <w:pStyle w:val="a7"/>
      <w:jc w:val="right"/>
    </w:pPr>
    <w:r>
      <w:rPr>
        <w:sz w:val="18"/>
      </w:rPr>
      <w:t xml:space="preserve">Страница </w:t>
    </w:r>
    <w:r>
      <w:fldChar w:fldCharType="begin"/>
    </w:r>
    <w:r>
      <w:instrText>PAGE</w:instrText>
    </w:r>
    <w:r>
      <w:fldChar w:fldCharType="separate"/>
    </w:r>
    <w:r w:rsidR="0045744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B0" w:rsidRDefault="00BD25B0">
      <w:pPr>
        <w:spacing w:after="0" w:line="240" w:lineRule="auto"/>
      </w:pPr>
      <w:r>
        <w:separator/>
      </w:r>
    </w:p>
  </w:footnote>
  <w:footnote w:type="continuationSeparator" w:id="0">
    <w:p w:rsidR="00BD25B0" w:rsidRDefault="00BD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1952"/>
    <w:rsid w:val="000F4A12"/>
    <w:rsid w:val="0015074B"/>
    <w:rsid w:val="0029639D"/>
    <w:rsid w:val="00326F90"/>
    <w:rsid w:val="0045744A"/>
    <w:rsid w:val="00501D0E"/>
    <w:rsid w:val="007A723B"/>
    <w:rsid w:val="00A77ADF"/>
    <w:rsid w:val="00AA1D8D"/>
    <w:rsid w:val="00B47730"/>
    <w:rsid w:val="00BD25B0"/>
    <w:rsid w:val="00C12DD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DA0B7"/>
  <w14:defaultImageDpi w14:val="300"/>
  <w15:docId w15:val="{3806B35F-2A0C-49B0-9E8F-B2CEC0E1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 w:line="259" w:lineRule="auto"/>
    </w:pPr>
    <w:rPr>
      <w:rFonts w:ascii="Times New Roman" w:hAnsi="Times New Roman"/>
      <w:color w:val="00000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b/>
      <w:bCs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/>
      <w:outlineLvl w:val="1"/>
    </w:pPr>
    <w:rPr>
      <w:b/>
      <w:bCs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contextualSpacing/>
    </w:pPr>
    <w:rPr>
      <w:spacing w:val="5"/>
      <w:kern w:val="28"/>
      <w:sz w:val="34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</w:pPr>
    <w:rPr>
      <w:i/>
      <w:iCs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tal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statok.andreygonchar.ru/newslette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tatok.andreygonchar.ru/participation-data-consen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statok.andreygonchar.ru/personal-data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ki.onli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E9FF7A-7F56-4C7B-B9F9-68D2B7A2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>Участие в программе Алгоритм достатка</dc:subject>
  <dc:creator>Андрей Гончар и Маргарита Калмыкова</dc:creator>
  <cp:keywords/>
  <dc:description>generated by python-docx</dc:description>
  <cp:lastModifiedBy>Andrei Gonchar</cp:lastModifiedBy>
  <cp:revision>7</cp:revision>
  <dcterms:created xsi:type="dcterms:W3CDTF">2013-12-23T23:15:00Z</dcterms:created>
  <dcterms:modified xsi:type="dcterms:W3CDTF">2026-09-16T11:57:00Z</dcterms:modified>
  <cp:category/>
</cp:coreProperties>
</file>